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سيدة الخريف لجميلة عمايرة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زنتوت إلهام/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رواية سيدة الخريف/ جميلة عميرة/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