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المنهج التكاملي في تدريس اللغة العربية كتاب المشوق السنة الأولى ثانوي جذع مشترك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بوجريدة أحلام/ نشار مفيدة/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التدريس/ المنهج التكاملي/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