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سيميائية في ديوان حمامة وقيد لسعد مرد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جور سعاد/ مريخي فيروز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هج السيميائي/ المعاجم الدلالية/ ديوان حمامة وق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