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سمكة البياض لـ محمد عادل مغناجي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بودشيش فاطمة/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العتبات النصية/ سمكة البياض/ محمد عادل مغناجي/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