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الأسطورة في ديوان حزن في ضوء القمر لمحمد الماغوط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بريوة خالدة/ بن يحي ليندة/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التراث العربي/ الأسطورة/ محمد الماغوط/ التراث الغربي/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