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الدنيا في قصيدة لا تعشق الدنيا للأبي العتاهية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بوالغالغ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قصيدة/ صورة الدنيا/ لا تعشق الدنيا/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