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مفهوم النسق في النقد الثقافي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غطوط مريم/ عوينة سارة/ بن الذيب منير(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800121711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الثقافي/ النسق/ صراع الأنساق/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