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الطفل بين التعليم والإكتساب السنة الثالثة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هدى/ صيفون مسعودة/ لوزة شرف الدين/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التعليم/ اللغة العربية/ الطفل/ الاكتساب/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