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الفلسفة النحوية في كتاب أسرار العربية قراءة وصفية للكتاب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بلهروس أحمد/ بوميمز حسين/ الخثير داودي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800120811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الفلسفة النحوية/ كتاب أسرار العربية/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