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الدلالة الصرفية وأثرها في المعنى في سورة الرحمان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بوعبدالله فريال/ شكرودي نعيمة/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.30*21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800121011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الدلالة/ علم الصرف/ سورة الرحمن/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