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شروط إختيار مدرس اللغة بين القدماء والمحدثين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بوعبيسة حكيمة/ فدان أحلام/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التربية والتعليم/ مدرس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