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المعاني في القرآن الكريم وأثرها في إقناع المتلقي سورة المؤمنون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شركراك هناء/ علوي نجمة/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المعاني/ الكلمة/ سورة المؤمنون/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