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النحو من منظور أبي القاسم الظجاجي قراءة وصفية في كتاب الإيضاح في علل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سمارة راية/ غراز كنزة/ خلاف سلمى/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أصول النحو/ كتاب الإيضاح/ أبو قاسم الزجاجي/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