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أطفال الحجارة لنزار قباني دراسة صوتية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نعيمة/ خلاطو سلمى/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علم الأصوات/ قصيدة/ أطفال الحجارة/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