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الإكتساب اللغوي وعلاقته بالنمو العضوي السنة أولى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تروش مفيدة/ قجان كريمة/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الإكتساب اللغوي/ النمو العضوي/ السنة الأولى 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