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وضع المصطلح في كتاب التعريفات لــ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نجيبة/ بوالدهوس امال/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عبد القادر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