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التوابع النحوية في بناء النص المعلقات السبع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أمال/ أورزيفي بشرى/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المعلقات السبع/ التوابع النحوية/ بناء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