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اللساني في معجم المصطلحات الألسنية لمبارك مبارك نقد وتحليل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متران خديجة/ متران اسيا/ ديب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معجم/ الألسنية/ المصطلحات/ المصطلح اللساني/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