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الذبيح الصاعد لـ مفدي زكرياء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مقورة زينب/ بن حمادة كريمة/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زكرياء/ قصيدة الذبيح الصاعد/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