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الخبرية في النشيد الوطني " قسما"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سعاد/ مغلاوي رحيمة/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الخبرية/ النشيد الوطني/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