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الناسخ والمنسوخ في إلياذة الجزائر لمفدي زكريا دراسة 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بوراس إبتسام/ بوزرزور سمية/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مفدي زكرياء/ الناسخ/ المنسوخ/ إلياذة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