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القرص المضغوط في تعليمية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صويلح نزيهة/ لعتامنة زهيرة/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تعليمية/ القرص المضغوط/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