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القرآن الكريم (جزء عم)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حليمة/ بن سي خليفة سناء/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التكرار/ جزء 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