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النحو في التعليم الإبتدائي إبتدائية شايبي لخضر (زغاية )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بوباطة مريم/ تباني الهام/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الابتدائي/ قواعد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