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عند تلاميذ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قرقوري قمر/ جامع أحلام/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التدريس/ الخطأ الإملائي/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