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البناء البلاغي لقصص القرآن سورة الأعراف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ولطاش فوزية/ سقاني نور الهدى/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القصص القرآني/ سورة الأعراف/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