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رسائل البحر عند الغبش لسعيد شمشم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بوعريوة آمنة/ بوعبد الله دلال/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الرسائل الأدبية/ المغرب الأقصى/ سعيد شمشم/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