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الخنساء " ألا ما لعينك أم مالها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فطيمة/ زميش زينة/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