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حروف النفي في المدرسة الإبتدائية إبتدائيات تسدان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ريس رقية/ بوسكين ليلى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عليمية/ حروف النفي/ المدرسة الابتدائ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