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التلميذ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عين سوية عفاف/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نفسية التلميذ/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