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وصف شعب بوان كسرى للمتنبي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كباب إيمان/ زايدي دنيا/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المتنبي/ وصف شعب بوان كسرى/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