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عند المتنبي  "ديوان المتنبي 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بودلال آمنة/ قلوت ابتسام/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الأصوات اللغوية/ الشعر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