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النقد الثقافي من منظور الإستشراق عند ادواردو سعيد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لبصير إيمان/ كريوط فطيمة/ بولحليب نصيرة/ بن ذيب منير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800131311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الثقافي/ الإستشراق/ ادوارد سعيد/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