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مسرحية أوديب لتوفيق الحكيم "مقاربة تداولية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كاهنة/ قشي امال/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التداولية/ مسرحية اوديب/ توفيق الحكيم/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