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جمالية خطاب العنف في إلياذة الجزائر لمفدي زكريا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عمورة إكرام/ يونسي كنزة/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 الشعري/ الجمال/ مفدي زكريا/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