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الصحراء في ديوان ذي الرمة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نبيهة/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الصحراء/ ديوان ذي الرمة/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