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حروف العطف في جزء عم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الشيهب آمال/ بلعطار ايمان/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حروف العطف/ جزء عم/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