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المباحث الصوتية في كتاب دراسة الصوت اللغوي لـ أحمد مختار عمر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بوقادر شهيناز/ تيس سارة/ طيان ماجدة/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الأصوات/ الصوت اللغوي/ أحمد مختار عمر/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