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معجمية وصعوباتها سنة أولى 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صبرينة/ 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عجم العربي/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