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قصيدة المؤنسة لقيس بن الملوح مجنون ليلى دراسة أسلوبية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آخر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سوكو كنزة/ لموسي سعاد/ بوخبزة أميرة/ بومصران نبيل (مشرفا)/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المركز الجامعي ميلة/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76ص.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30*21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800128911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الموضوع</w:t>
            </w:r>
          </w:p>
        </w:tc>
        <w:tc>
          <w:tcPr>
            <w:tcW w:type="dxa" w:w="7000"/>
          </w:tcPr>
          <w:p>
            <w:r>
              <w:t xml:space="preserve">قصيدة/ المؤنسة/ قيس بن الملوح/ مجنون ليلى/ 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28/05/2026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