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الأمير مقاربة سوسيو 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إبتسام/ رزايقي ثلجة/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مسالك أبواب الحديد/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