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الأمير مسالك أبواب الحديد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بوعبيد أمال/ سراط حنان/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واسيني الأعرج/ الصورة والآخر/ صورة المستعمر/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