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وصف شعب بوان كسرى للمتنبي دراسة صوتية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بوطبية فاطمة/ بوطواطو نجمة/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المتنبي/ قصيدة/ شعب بوان كسرى/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