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الحس الإغترابي في كتابات محمد ديب الشمالية رواية ثلوج من رخام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بوباطة إكرام/ فرحات وسام/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الحس الإغترابي/ محمد ديب/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