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قصيدة جدول الحب بين الأمس واليوم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بوسدر إكرام/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التشبيه/ قصيدة جدول الحب/ أبو القاسم الشابي/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