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التمارين اللغوية في الجامعة الجزائرية دراسة على قسم السنة الثالثة أدب عربي جامعة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عشوب سميرة/ بولعبيزة صورية/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الجامعة/ التمارين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