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التلقين في تنمية المهارات اللغوية عند الطفل دراسة ميدانية لبعض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دليلة/ حمادة فتيحة/ عزرة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الطفل/ التلقين/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