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الخرائط الذهنية في ترسيخ المعارف النحوية دورة دبلوم الإتقان اللغوي "أنموذجا"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ريمة/ بوحافر خديجة/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الخرائط الذهنية/ المعارف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