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التقويم في تحسين أداء المتعلمين اللغوي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كروم حنان/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التقويم/ أداءالمتعلمين/ مرحلة التعليم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