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التواصلية وأثرها في تطوير تعبير التلميذ شفويا تلاميذ الخامسة إبتدائي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صفية/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الملكة/ التّواصل/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